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זיכרון - מילים וקטגוריות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קשרי סיבה, תוצאה וניגוד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לשייך מילים לקטגוריה הנכונה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שאלה וסימני פיסוק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התאמת מילה לקטגוריה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(קשרי 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(קשרי 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(קשרי 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(מילות 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(סימני פיסוק)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(במערכת המשפט)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משום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שופט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נקודה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כי מסביר למה משהו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אולם הוא קשר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נהוג לסיים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מי היא מילת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שופט עובד במערכת המשפט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משום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נקודה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ראשון עם כי/משום ש..., משפט שני עם אולם/אבל...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קריטריון: התלמיד מסביר שהחלוקה עוזרת להבין את הקשר בין משפטים ולזכור מילים בקלות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/ משום 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אולם / אבל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נקודה / פסיק / סימן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משחק הזיכרון בזוגות לפני הדף כדי לחזק את הקטגוריות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לכתוב את רשימת הקשרים על הלוח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להשמיט את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זיכרון - מילים וקטגוריות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מחברים מילה לקבוצה שלה. כאן נתרגל את זה בכתיבה.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קשר סיבה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שמסבירה למה משהו קרה, כמו כי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קשר תוצאה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שמראה מה קרה בסוף, כמו משום כך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קשר ניגוד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שמראה הבדל בין שני דברים, כמו אולם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 נפעל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פועל, למשל נשבר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שאלה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ששואלים איתה, כמו מי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סימן פיסוק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בכתיבה, כמו נקודה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מידה טובה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תכונה חיובית, כמו סבלנות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מערכת המשפט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שופט מחליט בין הצדדים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התאמת מילה לקטגוריה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במערכת המשפט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משום כך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קשרי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מילות שאלה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קשרי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נקודה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קשרי 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שופט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סימני פיסוק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מסבירה 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משום כך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מראה הבדל?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מראה מה קרה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משום כך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עובד במערכת המשפט ומחליט בין הצדדים?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סימן פיסוק מסמן סוף 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היא מילת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נקודה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"כי" הוא קשר שמסביר סיבה.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"אולם" הוא קשר תוצאה.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נקודה היא סימן פיסוק שמסמן סוף משפט.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"מי" היא מילת קריאה.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שופט עובד במערכת החינוך.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לא הלכתי לבית הספר __________ הייתי חולה.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ירד גשם חזק, __________ ביטלנו את הטיול.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הוא רצה לנצח, __________ הפסיד במשחק.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אכל את העוגה שהיתה על השולחן?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בסוף המשפט שמים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קשר סיבה ומשפט אחד עם קשר ניגוד.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לדעתכם מחלקים מילים לקבוצות כמו קשרי סיבה, תוצאה וניגוד? כתבו כמה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לקשר סיבה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לקשר ניגוד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לסימן פיסוק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זיכרון - מילים וקטגוריות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