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זיכרון - מילים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סיבה, תוצאה וניגוד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מילים לקטגוריה הנכונה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שאלה וסימני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(קשרי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(קשרי 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(מילות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(סימני פיסוק)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מסביר למה משהו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נהוג לסיים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/ משום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אולם /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נקודה / פסיק / סימן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הזיכרון בזוגות לפני הדף כדי לחזק את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רשימת הקשרים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זיכרון - מילים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הזיכרון מתאימים בין מילה לבין הקטגוריה שלה, כמו קשרי סיבה, קשרי ניגוד, בניינים ועוד. בדף הזה נתרגל את אותן התאמות בלי הקלפים.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  ·  מי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התאמת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קשרי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קשרי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מילות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היא קשר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משום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עובד במערכת המשפט ומחליט בין הצדדים?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רופא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"כי" הוא קשר שמסביר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נקודה היא סימן פיסוק שמסמן סוף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לא הלכתי לבית הספר __________ הייתי חולה.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אכל את העוגה שהיתה על השולחן?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לקשר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לקשר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זיכרון - מילים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